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08930" w14:textId="2CAD57C9" w:rsidR="00C72519" w:rsidRPr="00C60ED5" w:rsidRDefault="00114AE7">
      <w:pPr>
        <w:jc w:val="center"/>
        <w:rPr>
          <w:lang w:val="pl-PL"/>
        </w:rPr>
      </w:pPr>
      <w:r w:rsidRPr="00C60ED5">
        <w:rPr>
          <w:b/>
          <w:sz w:val="28"/>
          <w:lang w:val="pl-PL"/>
        </w:rPr>
        <w:t xml:space="preserve">ZAŁĄCZNIK NR </w:t>
      </w:r>
    </w:p>
    <w:p w14:paraId="0D9E3368" w14:textId="77777777" w:rsidR="00511F38" w:rsidRPr="00C60ED5" w:rsidRDefault="00114AE7">
      <w:pPr>
        <w:jc w:val="center"/>
        <w:rPr>
          <w:b/>
          <w:sz w:val="26"/>
          <w:lang w:val="pl-PL"/>
        </w:rPr>
      </w:pPr>
      <w:r w:rsidRPr="00C60ED5">
        <w:rPr>
          <w:b/>
          <w:sz w:val="26"/>
          <w:lang w:val="pl-PL"/>
        </w:rPr>
        <w:t xml:space="preserve">SZCZEGÓLNE ZASADY KORZYSTANIA </w:t>
      </w:r>
    </w:p>
    <w:p w14:paraId="5D3C20A3" w14:textId="78F8AA3F" w:rsidR="00511F38" w:rsidRPr="00C60ED5" w:rsidRDefault="00114AE7">
      <w:pPr>
        <w:jc w:val="center"/>
        <w:rPr>
          <w:b/>
          <w:sz w:val="26"/>
          <w:lang w:val="pl-PL"/>
        </w:rPr>
      </w:pPr>
      <w:r w:rsidRPr="00C60ED5">
        <w:rPr>
          <w:b/>
          <w:sz w:val="26"/>
          <w:lang w:val="pl-PL"/>
        </w:rPr>
        <w:t>Z POKOJU</w:t>
      </w:r>
      <w:r w:rsidR="00511F38" w:rsidRPr="00C60ED5">
        <w:rPr>
          <w:b/>
          <w:sz w:val="26"/>
          <w:lang w:val="pl-PL"/>
        </w:rPr>
        <w:t xml:space="preserve"> GOŚCINNEGO DLA</w:t>
      </w:r>
      <w:r w:rsidRPr="00C60ED5">
        <w:rPr>
          <w:b/>
          <w:sz w:val="26"/>
          <w:lang w:val="pl-PL"/>
        </w:rPr>
        <w:t xml:space="preserve"> PIELGRZYMA </w:t>
      </w:r>
    </w:p>
    <w:p w14:paraId="7D6BB78C" w14:textId="37193612" w:rsidR="00C72519" w:rsidRPr="00C60ED5" w:rsidRDefault="00114AE7">
      <w:pPr>
        <w:jc w:val="center"/>
        <w:rPr>
          <w:lang w:val="pl-PL"/>
        </w:rPr>
      </w:pPr>
      <w:r w:rsidRPr="00C60ED5">
        <w:rPr>
          <w:b/>
          <w:sz w:val="26"/>
          <w:lang w:val="pl-PL"/>
        </w:rPr>
        <w:t>„SZLAK WIARY”</w:t>
      </w:r>
    </w:p>
    <w:p w14:paraId="286D7025" w14:textId="58D3B798" w:rsidR="00C72519" w:rsidRPr="00C60ED5" w:rsidRDefault="00114AE7">
      <w:pPr>
        <w:jc w:val="center"/>
        <w:rPr>
          <w:lang w:val="pl-PL"/>
        </w:rPr>
      </w:pPr>
      <w:r w:rsidRPr="00C60ED5">
        <w:rPr>
          <w:i/>
          <w:lang w:val="pl-PL"/>
        </w:rPr>
        <w:t xml:space="preserve">do Regulaminu </w:t>
      </w:r>
      <w:r w:rsidR="004A7864" w:rsidRPr="00C60ED5">
        <w:rPr>
          <w:i/>
          <w:lang w:val="pl-PL"/>
        </w:rPr>
        <w:t>Obiektu</w:t>
      </w:r>
      <w:r w:rsidRPr="00C60ED5">
        <w:rPr>
          <w:i/>
          <w:lang w:val="pl-PL"/>
        </w:rPr>
        <w:t xml:space="preserve"> Dwór Kombornia</w:t>
      </w:r>
    </w:p>
    <w:p w14:paraId="0973FFB4" w14:textId="77777777" w:rsidR="00C72519" w:rsidRPr="00C60ED5" w:rsidRDefault="00114AE7">
      <w:pPr>
        <w:rPr>
          <w:lang w:val="pl-PL"/>
        </w:rPr>
      </w:pPr>
      <w:r w:rsidRPr="00C60ED5">
        <w:rPr>
          <w:b/>
          <w:sz w:val="23"/>
          <w:lang w:val="pl-PL"/>
        </w:rPr>
        <w:t>§ 1. Postanowienia ogólne</w:t>
      </w:r>
    </w:p>
    <w:p w14:paraId="42256213" w14:textId="3903914E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1. Niniejszy Załącznik określa szczególne zasady udostępniania </w:t>
      </w:r>
      <w:r w:rsidR="00511F38" w:rsidRPr="00C60ED5">
        <w:rPr>
          <w:lang w:val="pl-PL"/>
        </w:rPr>
        <w:t xml:space="preserve">Gościnnego </w:t>
      </w:r>
      <w:r w:rsidRPr="00C60ED5">
        <w:rPr>
          <w:lang w:val="pl-PL"/>
        </w:rPr>
        <w:t>Pokoju Pielgrzyma w ramach programu „Szlak Wiary”, którego op</w:t>
      </w:r>
      <w:r w:rsidR="00E360E7" w:rsidRPr="00C60ED5">
        <w:rPr>
          <w:lang w:val="pl-PL"/>
        </w:rPr>
        <w:t xml:space="preserve">eratorem </w:t>
      </w:r>
      <w:r w:rsidRPr="00C60ED5">
        <w:rPr>
          <w:lang w:val="pl-PL"/>
        </w:rPr>
        <w:t xml:space="preserve">jest Fundacja </w:t>
      </w:r>
      <w:proofErr w:type="spellStart"/>
      <w:r w:rsidRPr="00C60ED5">
        <w:rPr>
          <w:lang w:val="pl-PL"/>
        </w:rPr>
        <w:t>Eno</w:t>
      </w:r>
      <w:proofErr w:type="spellEnd"/>
      <w:r w:rsidRPr="00C60ED5">
        <w:rPr>
          <w:lang w:val="pl-PL"/>
        </w:rPr>
        <w:t xml:space="preserve"> </w:t>
      </w:r>
      <w:proofErr w:type="spellStart"/>
      <w:r w:rsidRPr="00C60ED5">
        <w:rPr>
          <w:lang w:val="pl-PL"/>
        </w:rPr>
        <w:t>Carpathian</w:t>
      </w:r>
      <w:proofErr w:type="spellEnd"/>
      <w:r w:rsidRPr="00C60ED5">
        <w:rPr>
          <w:lang w:val="pl-PL"/>
        </w:rPr>
        <w:t>.</w:t>
      </w:r>
    </w:p>
    <w:p w14:paraId="2F3049E5" w14:textId="0CF6CE88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2. </w:t>
      </w:r>
      <w:r w:rsidR="00511F38" w:rsidRPr="00C60ED5">
        <w:rPr>
          <w:lang w:val="pl-PL"/>
        </w:rPr>
        <w:t xml:space="preserve">Gościnny </w:t>
      </w:r>
      <w:r w:rsidRPr="00C60ED5">
        <w:rPr>
          <w:lang w:val="pl-PL"/>
        </w:rPr>
        <w:t xml:space="preserve">Pokój Pielgrzyma jest częścią infrastruktury </w:t>
      </w:r>
      <w:r w:rsidR="00511F38" w:rsidRPr="00C60ED5">
        <w:rPr>
          <w:lang w:val="pl-PL"/>
        </w:rPr>
        <w:t xml:space="preserve">obiektu </w:t>
      </w:r>
      <w:r w:rsidRPr="00C60ED5">
        <w:rPr>
          <w:lang w:val="pl-PL"/>
        </w:rPr>
        <w:t>Dw</w:t>
      </w:r>
      <w:r w:rsidR="00511F38" w:rsidRPr="00C60ED5">
        <w:rPr>
          <w:lang w:val="pl-PL"/>
        </w:rPr>
        <w:t>ór</w:t>
      </w:r>
      <w:r w:rsidRPr="00C60ED5">
        <w:rPr>
          <w:lang w:val="pl-PL"/>
        </w:rPr>
        <w:t xml:space="preserve"> Kombornia i pozostaje objęty wszystkimi postanowieniami Regulaminu </w:t>
      </w:r>
      <w:r w:rsidR="004A7864" w:rsidRPr="00C60ED5">
        <w:rPr>
          <w:lang w:val="pl-PL"/>
        </w:rPr>
        <w:t>Obiektu</w:t>
      </w:r>
      <w:r w:rsidRPr="00C60ED5">
        <w:rPr>
          <w:lang w:val="pl-PL"/>
        </w:rPr>
        <w:t xml:space="preserve"> Dwór Kombornia, o ile niniejszy Załącznik nie stanowi inaczej.</w:t>
      </w:r>
    </w:p>
    <w:p w14:paraId="6A8FAB9B" w14:textId="451A450B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3. W przypadku rozbieżności pomiędzy niniejszym Załącznikiem a Regulaminem </w:t>
      </w:r>
      <w:r w:rsidR="004A7864" w:rsidRPr="00C60ED5">
        <w:rPr>
          <w:lang w:val="pl-PL"/>
        </w:rPr>
        <w:t>Obiektu</w:t>
      </w:r>
      <w:r w:rsidRPr="00C60ED5">
        <w:rPr>
          <w:lang w:val="pl-PL"/>
        </w:rPr>
        <w:t>, w zakresie dotyczącym wyłącznie zasad programu „Szlak Wiary” zastosowanie mają postanowienia niniejszego Załącznika.</w:t>
      </w:r>
    </w:p>
    <w:p w14:paraId="24B75C36" w14:textId="7C9DD94E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4. </w:t>
      </w:r>
      <w:r w:rsidR="00511F38" w:rsidRPr="00C60ED5">
        <w:rPr>
          <w:lang w:val="pl-PL"/>
        </w:rPr>
        <w:t xml:space="preserve">Gościnny </w:t>
      </w:r>
      <w:r w:rsidRPr="00C60ED5">
        <w:rPr>
          <w:lang w:val="pl-PL"/>
        </w:rPr>
        <w:t>Pokój Pielgrzyma jest udostępniany w ramach inicjatywy mającej na celu wspieranie osób odbywających pielgrzymkę, wędrówkę lub podróż w ramach lub w związku z Szlakiem Wiary.</w:t>
      </w:r>
    </w:p>
    <w:p w14:paraId="2959439C" w14:textId="298BE607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5. Udostępnienie Pokoju Pielgrzyma nie oznacza zmiany charakteru obiektu hotelowego ani wyłączenia go z zasad obowiązujących w </w:t>
      </w:r>
      <w:r w:rsidR="004A7864" w:rsidRPr="00C60ED5">
        <w:rPr>
          <w:lang w:val="pl-PL"/>
        </w:rPr>
        <w:t>Obiekcie</w:t>
      </w:r>
      <w:r w:rsidRPr="00C60ED5">
        <w:rPr>
          <w:lang w:val="pl-PL"/>
        </w:rPr>
        <w:t xml:space="preserve"> Dwór Kombornia.</w:t>
      </w:r>
    </w:p>
    <w:p w14:paraId="60836FCB" w14:textId="77777777" w:rsidR="00C72519" w:rsidRPr="00C60ED5" w:rsidRDefault="00114AE7">
      <w:pPr>
        <w:rPr>
          <w:lang w:val="pl-PL"/>
        </w:rPr>
      </w:pPr>
      <w:r w:rsidRPr="00C60ED5">
        <w:rPr>
          <w:b/>
          <w:sz w:val="23"/>
          <w:lang w:val="pl-PL"/>
        </w:rPr>
        <w:t>§ 2. Osoba uprawniona do skorzystania z Pokoju Pielgrzyma</w:t>
      </w:r>
    </w:p>
    <w:p w14:paraId="2D649A76" w14:textId="51E79F22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1. Z </w:t>
      </w:r>
      <w:r w:rsidR="00511F38" w:rsidRPr="00C60ED5">
        <w:rPr>
          <w:lang w:val="pl-PL"/>
        </w:rPr>
        <w:t xml:space="preserve">Gościnnego </w:t>
      </w:r>
      <w:r w:rsidRPr="00C60ED5">
        <w:rPr>
          <w:lang w:val="pl-PL"/>
        </w:rPr>
        <w:t>Pokoju Pielgrzyma może skorzystać osoba odbywająca: 1) pielgrzymkę; 2) pieszą lub rowerową wędrówkę o charakterze religijnym lub duchowym; 3) podróż w ramach lub w związku z przebiegiem Szlaku Wiary; 4) inną indywidualną podróż, której celem jest odwiedzenie miejsc związanych ze Szlakiem Wiary.</w:t>
      </w:r>
    </w:p>
    <w:p w14:paraId="078660EF" w14:textId="36E338E7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2. </w:t>
      </w:r>
      <w:r w:rsidR="004A7864" w:rsidRPr="00C60ED5">
        <w:rPr>
          <w:lang w:val="pl-PL"/>
        </w:rPr>
        <w:t xml:space="preserve">Obiekt </w:t>
      </w:r>
      <w:r w:rsidRPr="00C60ED5">
        <w:rPr>
          <w:lang w:val="pl-PL"/>
        </w:rPr>
        <w:t xml:space="preserve">nie wymaga od osoby korzystającej z </w:t>
      </w:r>
      <w:r w:rsidR="00511F38" w:rsidRPr="00C60ED5">
        <w:rPr>
          <w:lang w:val="pl-PL"/>
        </w:rPr>
        <w:t xml:space="preserve">Gościnnego </w:t>
      </w:r>
      <w:r w:rsidRPr="00C60ED5">
        <w:rPr>
          <w:lang w:val="pl-PL"/>
        </w:rPr>
        <w:t>Pokoju Pielgrzyma ujawniania jej wyznania, przekonań religijnych ani innych informacji dotyczących światopoglądu.</w:t>
      </w:r>
    </w:p>
    <w:p w14:paraId="49416FEA" w14:textId="5A5CFA90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3. </w:t>
      </w:r>
      <w:r w:rsidR="004A7864" w:rsidRPr="00C60ED5">
        <w:rPr>
          <w:lang w:val="pl-PL"/>
        </w:rPr>
        <w:t>Obiekt</w:t>
      </w:r>
      <w:r w:rsidRPr="00C60ED5">
        <w:rPr>
          <w:lang w:val="pl-PL"/>
        </w:rPr>
        <w:t xml:space="preserve"> może poprosić Gościa o podanie informacji niezbędnych do potwierdzenia, że pobyt odbywa się w ramach programu „Szlak Wiary”, jednak informacje te nie mogą wykraczać poza zakres niezbędny do organizacji i realizacji pobytu.</w:t>
      </w:r>
    </w:p>
    <w:p w14:paraId="6E6F3B99" w14:textId="71F461B8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4. Skorzystanie z </w:t>
      </w:r>
      <w:r w:rsidR="00511F38" w:rsidRPr="00C60ED5">
        <w:rPr>
          <w:lang w:val="pl-PL"/>
        </w:rPr>
        <w:t xml:space="preserve">Gościnnego </w:t>
      </w:r>
      <w:r w:rsidRPr="00C60ED5">
        <w:rPr>
          <w:lang w:val="pl-PL"/>
        </w:rPr>
        <w:t>Pokoju Pielgrzyma jest możliwe wyłącznie w ramach jego rzeczywistego przeznaczenia. Pokój nie jest elementem standardowej oferty promocyjnej przeznaczonej do wykorzystywania wyłącznie w celu uzyskania noclegu w obniżonej cenie.</w:t>
      </w:r>
    </w:p>
    <w:p w14:paraId="026E2E41" w14:textId="77777777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5. Potwierdzeniem udziału w programie „Szlak Wiary" jest Karta Pielgrzyma Szlaku Wiary wydawana przez Fundację </w:t>
      </w:r>
      <w:proofErr w:type="spellStart"/>
      <w:r w:rsidRPr="00C60ED5">
        <w:rPr>
          <w:lang w:val="pl-PL"/>
        </w:rPr>
        <w:t>Eno</w:t>
      </w:r>
      <w:proofErr w:type="spellEnd"/>
      <w:r w:rsidRPr="00C60ED5">
        <w:rPr>
          <w:lang w:val="pl-PL"/>
        </w:rPr>
        <w:t xml:space="preserve"> </w:t>
      </w:r>
      <w:proofErr w:type="spellStart"/>
      <w:r w:rsidRPr="00C60ED5">
        <w:rPr>
          <w:lang w:val="pl-PL"/>
        </w:rPr>
        <w:t>Carpathian</w:t>
      </w:r>
      <w:proofErr w:type="spellEnd"/>
      <w:r w:rsidRPr="00C60ED5">
        <w:rPr>
          <w:lang w:val="pl-PL"/>
        </w:rPr>
        <w:t>, zawierająca pieczęcie z punktów na trasie, albo inny dokument lub oświadczenie wskazane przez Fundację jako potwierdzające odbywanie pielgrzymki, wędrówki lub podróży, o których mowa w ust. 1. Hotel może zweryfikować przedstawiony dokument przy zameldowaniu.</w:t>
      </w:r>
    </w:p>
    <w:p w14:paraId="3C4E4362" w14:textId="77777777" w:rsidR="00C72519" w:rsidRPr="00C60ED5" w:rsidRDefault="00114AE7">
      <w:pPr>
        <w:rPr>
          <w:lang w:val="pl-PL"/>
        </w:rPr>
      </w:pPr>
      <w:r w:rsidRPr="00C60ED5">
        <w:rPr>
          <w:b/>
          <w:sz w:val="23"/>
          <w:lang w:val="pl-PL"/>
        </w:rPr>
        <w:lastRenderedPageBreak/>
        <w:t>§ 3. Osoby z niepełnosprawnością i asystenci</w:t>
      </w:r>
    </w:p>
    <w:p w14:paraId="217BE889" w14:textId="4755B9F1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1. Z</w:t>
      </w:r>
      <w:r w:rsidR="00511F38" w:rsidRPr="00C60ED5">
        <w:rPr>
          <w:lang w:val="pl-PL"/>
        </w:rPr>
        <w:t xml:space="preserve"> Gościnnego</w:t>
      </w:r>
      <w:r w:rsidRPr="00C60ED5">
        <w:rPr>
          <w:lang w:val="pl-PL"/>
        </w:rPr>
        <w:t xml:space="preserve"> Pokoju Pielgrzyma może skorzystać osoba z niepełnosprawnością odbywająca pielgrzymkę, podróż lub wędrówkę w ramach programu „Szlak Wiary”.</w:t>
      </w:r>
    </w:p>
    <w:p w14:paraId="299492C2" w14:textId="77777777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2. Osobie z niepełnosprawnością może towarzyszyć jeden asystent, jeżeli jego obecność jest związana ze wsparciem tej osoby podczas podróży lub pobytu.</w:t>
      </w:r>
    </w:p>
    <w:p w14:paraId="43CEDECA" w14:textId="77777777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3. Asystentem może być osoba wskazana przez osobę z niepełnosprawnością. Hotel nie wymaga przedstawienia dokumentacji medycznej ani informacji o rodzaju lub stopniu niepełnosprawności, chyba że obowiązek uzyskania określonych informacji wynika bezpośrednio z przepisów prawa lub jest niezbędny z uwagi na bezpieczeństwo.</w:t>
      </w:r>
    </w:p>
    <w:p w14:paraId="7245BBB4" w14:textId="0933D9F1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4. W przypadku korzystania z </w:t>
      </w:r>
      <w:r w:rsidR="00511F38" w:rsidRPr="00C60ED5">
        <w:rPr>
          <w:lang w:val="pl-PL"/>
        </w:rPr>
        <w:t xml:space="preserve">Gościnnego </w:t>
      </w:r>
      <w:r w:rsidRPr="00C60ED5">
        <w:rPr>
          <w:lang w:val="pl-PL"/>
        </w:rPr>
        <w:t>Pokoju Pielgrzyma przez osobę z niepełnosprawnością wraz z jednym asystentem, pokój może zostać udostępniony na tych samych preferencyjnych zasadach programu,</w:t>
      </w:r>
      <w:r w:rsidR="004A7864" w:rsidRPr="00C60ED5">
        <w:rPr>
          <w:lang w:val="pl-PL"/>
        </w:rPr>
        <w:t xml:space="preserve"> </w:t>
      </w:r>
      <w:r w:rsidRPr="00C60ED5">
        <w:rPr>
          <w:lang w:val="pl-PL"/>
        </w:rPr>
        <w:t>pod warunkiem że liczba osób nie przekracza maksymalnej liczby osób dopuszczonej dla danego pokoju</w:t>
      </w:r>
      <w:r w:rsidR="004A7864" w:rsidRPr="00C60ED5">
        <w:rPr>
          <w:lang w:val="pl-PL"/>
        </w:rPr>
        <w:t xml:space="preserve"> gościnnego</w:t>
      </w:r>
      <w:r w:rsidRPr="00C60ED5">
        <w:rPr>
          <w:lang w:val="pl-PL"/>
        </w:rPr>
        <w:t>.</w:t>
      </w:r>
    </w:p>
    <w:p w14:paraId="783EDDCD" w14:textId="4BD21DB7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5. Obecność asystenta nie stanowi dodatkowej usługi i nie jest uzależniona od przekazania przez Gościa jakichkolwiek informacji dotyczących jego stanu zdrowia.</w:t>
      </w:r>
    </w:p>
    <w:p w14:paraId="1ECFF397" w14:textId="71A188C2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6. Przy dokonywaniu rezerwacji osoba z niepełnosprawnością lub jej asystent może poinformować </w:t>
      </w:r>
      <w:r w:rsidR="004A7864" w:rsidRPr="00C60ED5">
        <w:rPr>
          <w:lang w:val="pl-PL"/>
        </w:rPr>
        <w:t>Obiekt</w:t>
      </w:r>
      <w:r w:rsidRPr="00C60ED5">
        <w:rPr>
          <w:lang w:val="pl-PL"/>
        </w:rPr>
        <w:t xml:space="preserve"> o potrzebie zastosowania określonych udogodnień, o ile są one dostępne w </w:t>
      </w:r>
      <w:r w:rsidR="004A7864" w:rsidRPr="00C60ED5">
        <w:rPr>
          <w:lang w:val="pl-PL"/>
        </w:rPr>
        <w:t>Obiekcie</w:t>
      </w:r>
      <w:r w:rsidRPr="00C60ED5">
        <w:rPr>
          <w:lang w:val="pl-PL"/>
        </w:rPr>
        <w:t>.</w:t>
      </w:r>
    </w:p>
    <w:p w14:paraId="2AC0B3E9" w14:textId="69E23D8E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7.</w:t>
      </w:r>
      <w:r w:rsidR="004A7864" w:rsidRPr="00C60ED5">
        <w:rPr>
          <w:lang w:val="pl-PL"/>
        </w:rPr>
        <w:t xml:space="preserve"> Obiekt</w:t>
      </w:r>
      <w:r w:rsidRPr="00C60ED5">
        <w:rPr>
          <w:lang w:val="pl-PL"/>
        </w:rPr>
        <w:t xml:space="preserve">, w miarę swoich możliwości organizacyjnych i technicznych, podejmuje działania umożliwiające osobie z niepełnosprawnością bezpieczne korzystanie z </w:t>
      </w:r>
      <w:r w:rsidR="00511F38" w:rsidRPr="00C60ED5">
        <w:rPr>
          <w:lang w:val="pl-PL"/>
        </w:rPr>
        <w:t xml:space="preserve">Gościnnego </w:t>
      </w:r>
      <w:r w:rsidRPr="00C60ED5">
        <w:rPr>
          <w:lang w:val="pl-PL"/>
        </w:rPr>
        <w:t>Pokoju Pielgrzyma i dostępnych części obiektu.</w:t>
      </w:r>
    </w:p>
    <w:p w14:paraId="3DC2B322" w14:textId="20DE0C61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8. </w:t>
      </w:r>
      <w:r w:rsidR="00511F38" w:rsidRPr="00C60ED5">
        <w:rPr>
          <w:lang w:val="pl-PL"/>
        </w:rPr>
        <w:t>Obiekt</w:t>
      </w:r>
      <w:r w:rsidRPr="00C60ED5">
        <w:rPr>
          <w:lang w:val="pl-PL"/>
        </w:rPr>
        <w:t xml:space="preserve"> nie gwarantuje udogodnień, których nie posiada lub których zastosowanie w konkretnym przypadku jest niemożliwe z przyczyn technicznych, budowlanych, bezpieczeństwa albo innych niezależnych od </w:t>
      </w:r>
      <w:r w:rsidR="00511F38" w:rsidRPr="00C60ED5">
        <w:rPr>
          <w:lang w:val="pl-PL"/>
        </w:rPr>
        <w:t>Obiektu</w:t>
      </w:r>
      <w:r w:rsidRPr="00C60ED5">
        <w:rPr>
          <w:lang w:val="pl-PL"/>
        </w:rPr>
        <w:t>.</w:t>
      </w:r>
    </w:p>
    <w:p w14:paraId="715EEFBF" w14:textId="333652FA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9. Informacje dotyczące faktycznego zakresu dostępności</w:t>
      </w:r>
      <w:r w:rsidR="00511F38" w:rsidRPr="00C60ED5">
        <w:rPr>
          <w:lang w:val="pl-PL"/>
        </w:rPr>
        <w:t xml:space="preserve"> Gościnnego</w:t>
      </w:r>
      <w:r w:rsidRPr="00C60ED5">
        <w:rPr>
          <w:lang w:val="pl-PL"/>
        </w:rPr>
        <w:t xml:space="preserve"> Pokoju Pielgrzyma oraz drogi dojścia do niego mogą zostać przekazane przed dokonaniem rezerwacji na prośbę osoby zainteresowanej.</w:t>
      </w:r>
    </w:p>
    <w:p w14:paraId="62206EC4" w14:textId="77777777" w:rsidR="00C72519" w:rsidRPr="00C60ED5" w:rsidRDefault="00114AE7">
      <w:pPr>
        <w:rPr>
          <w:lang w:val="pl-PL"/>
        </w:rPr>
      </w:pPr>
      <w:r w:rsidRPr="00C60ED5">
        <w:rPr>
          <w:b/>
          <w:sz w:val="23"/>
          <w:lang w:val="pl-PL"/>
        </w:rPr>
        <w:t>§ 4. Rezerwacja, anulowanie i dostępność</w:t>
      </w:r>
    </w:p>
    <w:p w14:paraId="11464320" w14:textId="27605118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1. Skorzystanie z </w:t>
      </w:r>
      <w:r w:rsidR="004A7864" w:rsidRPr="00C60ED5">
        <w:rPr>
          <w:lang w:val="pl-PL"/>
        </w:rPr>
        <w:t xml:space="preserve">Gościnnego </w:t>
      </w:r>
      <w:r w:rsidRPr="00C60ED5">
        <w:rPr>
          <w:lang w:val="pl-PL"/>
        </w:rPr>
        <w:t>Pokoju Pielgrzyma wymaga wcześniejszej rezerwacji dokonanej w sposób wskazany przez Hotel.</w:t>
      </w:r>
    </w:p>
    <w:p w14:paraId="4F89E802" w14:textId="77777777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2. Pokój Pielgrzyma udostępniany jest wyłącznie w miarę dostępności.</w:t>
      </w:r>
    </w:p>
    <w:p w14:paraId="78967635" w14:textId="3513DDC3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3. Program „Szlak Wiary” nie gwarantuje dostępności </w:t>
      </w:r>
      <w:r w:rsidR="004A7864" w:rsidRPr="00C60ED5">
        <w:rPr>
          <w:lang w:val="pl-PL"/>
        </w:rPr>
        <w:t xml:space="preserve">Gościnnego </w:t>
      </w:r>
      <w:r w:rsidRPr="00C60ED5">
        <w:rPr>
          <w:lang w:val="pl-PL"/>
        </w:rPr>
        <w:t>Pokoju Pielgrzyma w każdym terminie.</w:t>
      </w:r>
    </w:p>
    <w:p w14:paraId="3F41B528" w14:textId="23DF78E0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4. W szczególności </w:t>
      </w:r>
      <w:r w:rsidR="004A7864" w:rsidRPr="00C60ED5">
        <w:rPr>
          <w:lang w:val="pl-PL"/>
        </w:rPr>
        <w:t>Obiekt</w:t>
      </w:r>
      <w:r w:rsidRPr="00C60ED5">
        <w:rPr>
          <w:lang w:val="pl-PL"/>
        </w:rPr>
        <w:t xml:space="preserve"> może nie udostępnić </w:t>
      </w:r>
      <w:r w:rsidR="004A7864" w:rsidRPr="00C60ED5">
        <w:rPr>
          <w:lang w:val="pl-PL"/>
        </w:rPr>
        <w:t xml:space="preserve">Gościnnego </w:t>
      </w:r>
      <w:r w:rsidRPr="00C60ED5">
        <w:rPr>
          <w:lang w:val="pl-PL"/>
        </w:rPr>
        <w:t xml:space="preserve">Pokoju Pielgrzyma w okresach pełnego lub przewidywanego pełnego obłożenia </w:t>
      </w:r>
      <w:r w:rsidR="00E360E7" w:rsidRPr="00C60ED5">
        <w:rPr>
          <w:lang w:val="pl-PL"/>
        </w:rPr>
        <w:t>Obiektu</w:t>
      </w:r>
      <w:r w:rsidR="004A7864" w:rsidRPr="00C60ED5">
        <w:rPr>
          <w:lang w:val="pl-PL"/>
        </w:rPr>
        <w:t>,</w:t>
      </w:r>
      <w:r w:rsidRPr="00C60ED5">
        <w:rPr>
          <w:lang w:val="pl-PL"/>
        </w:rPr>
        <w:t xml:space="preserve"> podczas imprez, uroczystości, wydarzeń specjalnych lub z innych uzasadnionych przyczyn organizacyjnych.</w:t>
      </w:r>
    </w:p>
    <w:p w14:paraId="56CF9A91" w14:textId="553454F2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5. </w:t>
      </w:r>
      <w:r w:rsidR="004A7864" w:rsidRPr="00C60ED5">
        <w:rPr>
          <w:lang w:val="pl-PL"/>
        </w:rPr>
        <w:t>Obiekt</w:t>
      </w:r>
      <w:r w:rsidRPr="00C60ED5">
        <w:rPr>
          <w:lang w:val="pl-PL"/>
        </w:rPr>
        <w:t xml:space="preserve"> może ustalić odrębne zasady rezerwacji </w:t>
      </w:r>
      <w:r w:rsidR="004A7864" w:rsidRPr="00C60ED5">
        <w:rPr>
          <w:lang w:val="pl-PL"/>
        </w:rPr>
        <w:t xml:space="preserve">Gościnnego </w:t>
      </w:r>
      <w:r w:rsidRPr="00C60ED5">
        <w:rPr>
          <w:lang w:val="pl-PL"/>
        </w:rPr>
        <w:t>Pokoju Pielgrzyma, w tym obowiązek dokonania rezerwacji z określonym wyprzedzeniem.</w:t>
      </w:r>
    </w:p>
    <w:p w14:paraId="7569A11D" w14:textId="2267EB25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6. Rezerwacja</w:t>
      </w:r>
      <w:r w:rsidR="004A7864" w:rsidRPr="00C60ED5">
        <w:rPr>
          <w:lang w:val="pl-PL"/>
        </w:rPr>
        <w:t xml:space="preserve"> Gościnnego</w:t>
      </w:r>
      <w:r w:rsidRPr="00C60ED5">
        <w:rPr>
          <w:lang w:val="pl-PL"/>
        </w:rPr>
        <w:t xml:space="preserve"> Pokoju Pielgrzyma jest imienna i nie może zostać odpłatnie odstąpiona innej osobie.</w:t>
      </w:r>
    </w:p>
    <w:p w14:paraId="7056B9B6" w14:textId="53AB990F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7. Gość może bezpłatnie anulować rezerwację </w:t>
      </w:r>
      <w:r w:rsidR="004A7864" w:rsidRPr="00C60ED5">
        <w:rPr>
          <w:lang w:val="pl-PL"/>
        </w:rPr>
        <w:t xml:space="preserve">Gościnnego </w:t>
      </w:r>
      <w:r w:rsidRPr="00C60ED5">
        <w:rPr>
          <w:lang w:val="pl-PL"/>
        </w:rPr>
        <w:t>Pokoju Pielgrzyma przed rozpoczęciem pobytu, w sposób określony przy dokonywaniu rezerwacji.</w:t>
      </w:r>
    </w:p>
    <w:p w14:paraId="4A1F75C6" w14:textId="471F05A5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lastRenderedPageBreak/>
        <w:t xml:space="preserve">8. W przypadku nieodwołania rezerwacji i niepojawienia się Gościa </w:t>
      </w:r>
      <w:r w:rsidR="004A7864" w:rsidRPr="00C60ED5">
        <w:rPr>
          <w:lang w:val="pl-PL"/>
        </w:rPr>
        <w:t xml:space="preserve">Obiekt </w:t>
      </w:r>
      <w:r w:rsidRPr="00C60ED5">
        <w:rPr>
          <w:lang w:val="pl-PL"/>
        </w:rPr>
        <w:t>może ograniczyć możliwość dokonywania przez tę osobę kolejnych rezerwacji w ramach programu, jeżeli jest to uzasadnione dużym zainteresowaniem programem i koniecznością zapewnienia dostępności innym osobom.</w:t>
      </w:r>
    </w:p>
    <w:p w14:paraId="33F6141B" w14:textId="6129023D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9. </w:t>
      </w:r>
      <w:r w:rsidR="004A7864" w:rsidRPr="00C60ED5">
        <w:rPr>
          <w:lang w:val="pl-PL"/>
        </w:rPr>
        <w:t>Obiekt</w:t>
      </w:r>
      <w:r w:rsidRPr="00C60ED5">
        <w:rPr>
          <w:lang w:val="pl-PL"/>
        </w:rPr>
        <w:t xml:space="preserve"> może odmówić realizacji rezerwacji w przypadku stwierdzenia, że rezerwacja została dokonana z naruszeniem niniejszego Załącznika lub w celu obejścia zasad programu.</w:t>
      </w:r>
    </w:p>
    <w:p w14:paraId="026E2E40" w14:textId="3559C903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10. </w:t>
      </w:r>
      <w:r w:rsidR="004A7864" w:rsidRPr="00C60ED5">
        <w:rPr>
          <w:lang w:val="pl-PL"/>
        </w:rPr>
        <w:t>Obiekt</w:t>
      </w:r>
      <w:r w:rsidRPr="00C60ED5">
        <w:rPr>
          <w:lang w:val="pl-PL"/>
        </w:rPr>
        <w:t xml:space="preserve"> przeznacza na program „Szlak Wiary" nie więcej niż 2 (dwa) pokoje jednocześnie w danej dobie. </w:t>
      </w:r>
      <w:r w:rsidR="004A7864" w:rsidRPr="00C60ED5">
        <w:rPr>
          <w:lang w:val="pl-PL"/>
        </w:rPr>
        <w:t>Obiekt</w:t>
      </w:r>
      <w:r w:rsidRPr="00C60ED5">
        <w:rPr>
          <w:lang w:val="pl-PL"/>
        </w:rPr>
        <w:t xml:space="preserve"> może zmienić tę liczbę w zależności od bieżącego obłożenia i możliwości organizacyjnych, informując o aktualnym limicie na stronie internetowej Szlaku Wiary.</w:t>
      </w:r>
    </w:p>
    <w:p w14:paraId="026E2E39" w14:textId="77777777" w:rsidR="00C72519" w:rsidRPr="00C60ED5" w:rsidRDefault="00114AE7">
      <w:pPr>
        <w:rPr>
          <w:lang w:val="pl-PL"/>
        </w:rPr>
      </w:pPr>
      <w:r w:rsidRPr="00C60ED5">
        <w:rPr>
          <w:b/>
          <w:sz w:val="23"/>
          <w:lang w:val="pl-PL"/>
        </w:rPr>
        <w:t>§ 5. Cena i charakter świadczenia</w:t>
      </w:r>
    </w:p>
    <w:p w14:paraId="029C0861" w14:textId="71109C1D" w:rsidR="002E14AC" w:rsidRPr="00205154" w:rsidRDefault="00114AE7" w:rsidP="00205154">
      <w:pPr>
        <w:pStyle w:val="Akapitzlist"/>
        <w:numPr>
          <w:ilvl w:val="0"/>
          <w:numId w:val="12"/>
        </w:numPr>
        <w:rPr>
          <w:lang w:val="pl-PL"/>
        </w:rPr>
      </w:pPr>
      <w:r w:rsidRPr="00205154">
        <w:rPr>
          <w:lang w:val="pl-PL"/>
        </w:rPr>
        <w:t xml:space="preserve">Cena za udostępnienie </w:t>
      </w:r>
      <w:r w:rsidR="004A7864" w:rsidRPr="00205154">
        <w:rPr>
          <w:lang w:val="pl-PL"/>
        </w:rPr>
        <w:t xml:space="preserve">Gościnnego </w:t>
      </w:r>
      <w:r w:rsidRPr="00205154">
        <w:rPr>
          <w:lang w:val="pl-PL"/>
        </w:rPr>
        <w:t xml:space="preserve">Pokoju Pielgrzyma </w:t>
      </w:r>
      <w:r w:rsidR="00205154" w:rsidRPr="00205154">
        <w:rPr>
          <w:lang w:val="pl-PL"/>
        </w:rPr>
        <w:t>za jedną dobę pobytu w godzinach od 15.00 do 12:00.</w:t>
      </w:r>
      <w:r w:rsidR="00205154">
        <w:rPr>
          <w:lang w:val="pl-PL"/>
        </w:rPr>
        <w:t xml:space="preserve"> </w:t>
      </w:r>
      <w:r w:rsidRPr="00205154">
        <w:rPr>
          <w:lang w:val="pl-PL"/>
        </w:rPr>
        <w:t>w ramach programu „Szlak Wiary” wynosi</w:t>
      </w:r>
      <w:r w:rsidR="00205154" w:rsidRPr="00205154">
        <w:rPr>
          <w:lang w:val="pl-PL"/>
        </w:rPr>
        <w:t xml:space="preserve"> </w:t>
      </w:r>
    </w:p>
    <w:p w14:paraId="6399143A" w14:textId="7C51D1EA" w:rsidR="002E14AC" w:rsidRDefault="00205154" w:rsidP="002E14AC">
      <w:pPr>
        <w:pStyle w:val="Akapitzlist"/>
        <w:numPr>
          <w:ilvl w:val="0"/>
          <w:numId w:val="12"/>
        </w:numPr>
        <w:spacing w:after="100" w:line="259" w:lineRule="auto"/>
        <w:rPr>
          <w:lang w:val="pl-PL"/>
        </w:rPr>
      </w:pPr>
      <w:r>
        <w:rPr>
          <w:lang w:val="pl-PL"/>
        </w:rPr>
        <w:t>Pokój</w:t>
      </w:r>
      <w:r w:rsidR="002E14AC">
        <w:rPr>
          <w:lang w:val="pl-PL"/>
        </w:rPr>
        <w:t xml:space="preserve"> d</w:t>
      </w:r>
      <w:r>
        <w:rPr>
          <w:lang w:val="pl-PL"/>
        </w:rPr>
        <w:t>o wykorzystania przez 1 osobę</w:t>
      </w:r>
      <w:r w:rsidR="002E14AC">
        <w:rPr>
          <w:lang w:val="pl-PL"/>
        </w:rPr>
        <w:t xml:space="preserve"> </w:t>
      </w:r>
      <w:r w:rsidR="002E14AC" w:rsidRPr="002E14AC">
        <w:rPr>
          <w:lang w:val="pl-PL"/>
        </w:rPr>
        <w:t xml:space="preserve">100 zł </w:t>
      </w:r>
    </w:p>
    <w:p w14:paraId="21264056" w14:textId="66B3043C" w:rsidR="00205154" w:rsidRDefault="00205154" w:rsidP="002E14AC">
      <w:pPr>
        <w:pStyle w:val="Akapitzlist"/>
        <w:numPr>
          <w:ilvl w:val="0"/>
          <w:numId w:val="12"/>
        </w:numPr>
        <w:spacing w:after="100" w:line="259" w:lineRule="auto"/>
        <w:rPr>
          <w:lang w:val="pl-PL"/>
        </w:rPr>
      </w:pPr>
      <w:r>
        <w:rPr>
          <w:lang w:val="pl-PL"/>
        </w:rPr>
        <w:t>Pokój</w:t>
      </w:r>
      <w:r w:rsidR="002E14AC">
        <w:rPr>
          <w:lang w:val="pl-PL"/>
        </w:rPr>
        <w:t xml:space="preserve"> </w:t>
      </w:r>
      <w:r>
        <w:rPr>
          <w:lang w:val="pl-PL"/>
        </w:rPr>
        <w:t xml:space="preserve">do wykorzystania przez </w:t>
      </w:r>
      <w:r>
        <w:rPr>
          <w:lang w:val="pl-PL"/>
        </w:rPr>
        <w:t xml:space="preserve">2 osoby </w:t>
      </w:r>
      <w:r w:rsidR="00114AE7" w:rsidRPr="002E14AC">
        <w:rPr>
          <w:lang w:val="pl-PL"/>
        </w:rPr>
        <w:t>1</w:t>
      </w:r>
      <w:r w:rsidR="00511F38" w:rsidRPr="002E14AC">
        <w:rPr>
          <w:lang w:val="pl-PL"/>
        </w:rPr>
        <w:t>50</w:t>
      </w:r>
      <w:r w:rsidR="00114AE7" w:rsidRPr="002E14AC">
        <w:rPr>
          <w:lang w:val="pl-PL"/>
        </w:rPr>
        <w:t>,00</w:t>
      </w:r>
    </w:p>
    <w:p w14:paraId="2AB4098B" w14:textId="74F5A941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2. Cena, o której mowa w ust. 1, obejmuje wyłącznie udostępnienie</w:t>
      </w:r>
      <w:r w:rsidR="004A7864" w:rsidRPr="00C60ED5">
        <w:rPr>
          <w:lang w:val="pl-PL"/>
        </w:rPr>
        <w:t xml:space="preserve"> Gościnnego</w:t>
      </w:r>
      <w:r w:rsidRPr="00C60ED5">
        <w:rPr>
          <w:lang w:val="pl-PL"/>
        </w:rPr>
        <w:t xml:space="preserve"> Pokoju Pielgrzyma na zasadach określonych w niniejszym Załączniku.</w:t>
      </w:r>
    </w:p>
    <w:p w14:paraId="57DEEF37" w14:textId="7CC76407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3. Usługi dodatkowe, świadczenia gastronomiczne oraz inne usługi nie są objęte ceną Pokoju Pielgrzyma, chyba że </w:t>
      </w:r>
      <w:r w:rsidR="004A7864" w:rsidRPr="00C60ED5">
        <w:rPr>
          <w:lang w:val="pl-PL"/>
        </w:rPr>
        <w:t>Obiekt</w:t>
      </w:r>
      <w:r w:rsidRPr="00C60ED5">
        <w:rPr>
          <w:lang w:val="pl-PL"/>
        </w:rPr>
        <w:t xml:space="preserve"> wyraźnie postanowi inaczej.</w:t>
      </w:r>
    </w:p>
    <w:p w14:paraId="21A8B1D6" w14:textId="64F237CC" w:rsidR="00CA72DD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4.</w:t>
      </w:r>
      <w:r w:rsidR="00CA72DD" w:rsidRPr="00C60ED5">
        <w:rPr>
          <w:lang w:val="pl-PL"/>
        </w:rPr>
        <w:t xml:space="preserve"> Operator w uzasadnionych przypadkach może udostępnić Gościnny Pokój Pielgrzyma w Symbolicznej kwocie poprzez przekazanie dedykowanego unikalnego kodu rabatowego.</w:t>
      </w:r>
    </w:p>
    <w:p w14:paraId="1E8BE308" w14:textId="3FB61A9C" w:rsidR="00C72519" w:rsidRPr="00C60ED5" w:rsidRDefault="00CA72DD">
      <w:pPr>
        <w:spacing w:after="100" w:line="259" w:lineRule="auto"/>
        <w:rPr>
          <w:lang w:val="pl-PL"/>
        </w:rPr>
      </w:pPr>
      <w:r w:rsidRPr="00C60ED5">
        <w:rPr>
          <w:lang w:val="pl-PL"/>
        </w:rPr>
        <w:t>5.</w:t>
      </w:r>
      <w:r w:rsidR="00114AE7" w:rsidRPr="00C60ED5">
        <w:rPr>
          <w:lang w:val="pl-PL"/>
        </w:rPr>
        <w:t xml:space="preserve"> Symboliczna cena Pokoju Pielgrzyma nie wpływa na zasady odpowiedzialności Gościa za szkody wyrządzone w mieniu </w:t>
      </w:r>
      <w:r w:rsidR="004A7864" w:rsidRPr="00C60ED5">
        <w:rPr>
          <w:lang w:val="pl-PL"/>
        </w:rPr>
        <w:t>Obiektu</w:t>
      </w:r>
      <w:r w:rsidR="00114AE7" w:rsidRPr="00C60ED5">
        <w:rPr>
          <w:lang w:val="pl-PL"/>
        </w:rPr>
        <w:t xml:space="preserve"> ani na obowiązek przestrzegania Regulaminu</w:t>
      </w:r>
      <w:r w:rsidR="004A7864" w:rsidRPr="00C60ED5">
        <w:rPr>
          <w:lang w:val="pl-PL"/>
        </w:rPr>
        <w:t xml:space="preserve"> Obiektu</w:t>
      </w:r>
      <w:r w:rsidR="00114AE7" w:rsidRPr="00C60ED5">
        <w:rPr>
          <w:lang w:val="pl-PL"/>
        </w:rPr>
        <w:t>.</w:t>
      </w:r>
    </w:p>
    <w:p w14:paraId="77915968" w14:textId="77777777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5. W przypadku osoby z niepełnosprawnością korzystającej z pokoju wraz z jednym asystentem cena, o której mowa w ust. 1, pozostaje ceną za pokój, a nie odrębną opłatą za każdą z tych osób.</w:t>
      </w:r>
    </w:p>
    <w:p w14:paraId="1E1FF121" w14:textId="77777777" w:rsidR="00C72519" w:rsidRPr="00C60ED5" w:rsidRDefault="00114AE7">
      <w:pPr>
        <w:rPr>
          <w:lang w:val="pl-PL"/>
        </w:rPr>
      </w:pPr>
      <w:r w:rsidRPr="00C60ED5">
        <w:rPr>
          <w:b/>
          <w:sz w:val="23"/>
          <w:lang w:val="pl-PL"/>
        </w:rPr>
        <w:t>§ 6. Dobrowolne wsparcie Szlaku Wiary</w:t>
      </w:r>
    </w:p>
    <w:p w14:paraId="4A724CB0" w14:textId="77777777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1. Osoba korzystająca z Pokoju Pielgrzyma może, według własnego uznania, przekazać dodatkową kwotę na rozwój, utrzymanie, promocję i realizację celów programu „Szlak Wiary”.</w:t>
      </w:r>
    </w:p>
    <w:p w14:paraId="1DF4E3A4" w14:textId="55E48249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2. Dobrowolne wsparcie, o którym mowa w ust. 1, może zostać przekazane na rzecz </w:t>
      </w:r>
      <w:r w:rsidR="00E360E7" w:rsidRPr="00C60ED5">
        <w:rPr>
          <w:lang w:val="pl-PL"/>
        </w:rPr>
        <w:t>maltańskiego  dzieła Pomocny Hotel realizowanego przez</w:t>
      </w:r>
    </w:p>
    <w:p w14:paraId="3AF07165" w14:textId="77777777" w:rsidR="002C2370" w:rsidRPr="002C2370" w:rsidRDefault="002C2370" w:rsidP="002C2370">
      <w:pPr>
        <w:spacing w:after="100" w:line="259" w:lineRule="auto"/>
        <w:rPr>
          <w:lang w:val="pl-PL"/>
        </w:rPr>
      </w:pPr>
      <w:r w:rsidRPr="002C2370">
        <w:rPr>
          <w:lang w:val="pl-PL"/>
        </w:rPr>
        <w:t>Fundacja Polskich Kawalerów Maltańskich w Krakowie</w:t>
      </w:r>
    </w:p>
    <w:p w14:paraId="353AF381" w14:textId="77777777" w:rsidR="002C2370" w:rsidRPr="002C2370" w:rsidRDefault="002C2370" w:rsidP="002C2370">
      <w:pPr>
        <w:spacing w:after="100" w:line="259" w:lineRule="auto"/>
        <w:rPr>
          <w:lang w:val="pl-PL"/>
        </w:rPr>
      </w:pPr>
      <w:r w:rsidRPr="002C2370">
        <w:rPr>
          <w:lang w:val="pl-PL"/>
        </w:rPr>
        <w:t>adres: Al. Kasztanowa 4a,  30-227 Kraków</w:t>
      </w:r>
    </w:p>
    <w:p w14:paraId="319C5E1A" w14:textId="59CCBAFE" w:rsidR="002C2370" w:rsidRPr="002C2370" w:rsidRDefault="002C2370" w:rsidP="002C2370">
      <w:pPr>
        <w:spacing w:after="100" w:line="259" w:lineRule="auto"/>
        <w:rPr>
          <w:lang w:val="pl-PL"/>
        </w:rPr>
      </w:pPr>
      <w:r w:rsidRPr="002C2370">
        <w:rPr>
          <w:lang w:val="pl-PL"/>
        </w:rPr>
        <w:t xml:space="preserve">KONTO W PKO Bank Polski SA NR : </w:t>
      </w:r>
      <w:r w:rsidRPr="00C60ED5">
        <w:rPr>
          <w:lang w:val="pl-PL"/>
        </w:rPr>
        <w:t>19 1140 1081 0000 7218 0200 1006</w:t>
      </w:r>
    </w:p>
    <w:p w14:paraId="2BE958B4" w14:textId="12C7A9DC" w:rsidR="002C2370" w:rsidRPr="00C60ED5" w:rsidRDefault="002C2370">
      <w:pPr>
        <w:spacing w:after="100" w:line="259" w:lineRule="auto"/>
        <w:rPr>
          <w:lang w:val="pl-PL"/>
        </w:rPr>
      </w:pPr>
      <w:r w:rsidRPr="002C2370">
        <w:rPr>
          <w:lang w:val="pl-PL"/>
        </w:rPr>
        <w:t xml:space="preserve">Tytułem: </w:t>
      </w:r>
      <w:r w:rsidRPr="00C60ED5">
        <w:rPr>
          <w:lang w:val="pl-PL"/>
        </w:rPr>
        <w:t>Szlak Wiary</w:t>
      </w:r>
    </w:p>
    <w:p w14:paraId="56CDCD0A" w14:textId="2D4D06FE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3. Przekazanie wsparcia jest całkowicie dobrowolne i nie stanowi: 1) warunku dokonania rezerwacji; 2) warunku otrzymania </w:t>
      </w:r>
      <w:r w:rsidR="00E360E7" w:rsidRPr="00C60ED5">
        <w:rPr>
          <w:lang w:val="pl-PL"/>
        </w:rPr>
        <w:t xml:space="preserve">noclegu w Gościnnym </w:t>
      </w:r>
      <w:r w:rsidRPr="00C60ED5">
        <w:rPr>
          <w:lang w:val="pl-PL"/>
        </w:rPr>
        <w:t>Pokoju Pielgrzyma; 3) warunku przedłużenia pobytu; 4) warunku skorzystania z programu w przyszłości.</w:t>
      </w:r>
    </w:p>
    <w:p w14:paraId="303FD6E5" w14:textId="732D74CC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4. </w:t>
      </w:r>
      <w:r w:rsidR="002C2370" w:rsidRPr="00C60ED5">
        <w:rPr>
          <w:lang w:val="pl-PL"/>
        </w:rPr>
        <w:t>Wsparcie jest dobrowolne</w:t>
      </w:r>
      <w:r w:rsidRPr="00C60ED5">
        <w:rPr>
          <w:lang w:val="pl-PL"/>
        </w:rPr>
        <w:t>.</w:t>
      </w:r>
    </w:p>
    <w:p w14:paraId="1C23D600" w14:textId="77777777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lastRenderedPageBreak/>
        <w:t>5. Brak przekazania wsparcia nie może być podstawą odmowy udostępnienia Pokoju Pielgrzyma osobie spełniającej warunki programu.</w:t>
      </w:r>
    </w:p>
    <w:p w14:paraId="25D58A6E" w14:textId="4A87AF4A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6. Dobrowolne wsparcie może zostać przekazane za pośrednictwem </w:t>
      </w:r>
      <w:r w:rsidR="00E360E7" w:rsidRPr="00C60ED5">
        <w:rPr>
          <w:lang w:val="pl-PL"/>
        </w:rPr>
        <w:t xml:space="preserve">innych </w:t>
      </w:r>
      <w:r w:rsidRPr="00C60ED5">
        <w:rPr>
          <w:lang w:val="pl-PL"/>
        </w:rPr>
        <w:t xml:space="preserve">metod płatności wskazanych przez Fundację </w:t>
      </w:r>
      <w:proofErr w:type="spellStart"/>
      <w:r w:rsidRPr="00C60ED5">
        <w:rPr>
          <w:lang w:val="pl-PL"/>
        </w:rPr>
        <w:t>Eno</w:t>
      </w:r>
      <w:proofErr w:type="spellEnd"/>
      <w:r w:rsidRPr="00C60ED5">
        <w:rPr>
          <w:lang w:val="pl-PL"/>
        </w:rPr>
        <w:t xml:space="preserve"> </w:t>
      </w:r>
      <w:proofErr w:type="spellStart"/>
      <w:r w:rsidRPr="00C60ED5">
        <w:rPr>
          <w:lang w:val="pl-PL"/>
        </w:rPr>
        <w:t>Carpathian</w:t>
      </w:r>
      <w:proofErr w:type="spellEnd"/>
      <w:r w:rsidRPr="00C60ED5">
        <w:rPr>
          <w:lang w:val="pl-PL"/>
        </w:rPr>
        <w:t>.</w:t>
      </w:r>
    </w:p>
    <w:p w14:paraId="0C2C5BEE" w14:textId="3DBE7FD4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7. Informacja o możliwości przekazania dobrowolnego wsparcia może być udostępniona Gościowi w </w:t>
      </w:r>
      <w:r w:rsidR="004A7864" w:rsidRPr="00C60ED5">
        <w:rPr>
          <w:lang w:val="pl-PL"/>
        </w:rPr>
        <w:t>Obiekcie</w:t>
      </w:r>
      <w:r w:rsidRPr="00C60ED5">
        <w:rPr>
          <w:lang w:val="pl-PL"/>
        </w:rPr>
        <w:t>, na stronie internetowej Szlaku Wiary lub w innej formie informacyjnej.</w:t>
      </w:r>
    </w:p>
    <w:p w14:paraId="1CCF7542" w14:textId="06FEEA6C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8. Cena za korzystanie z</w:t>
      </w:r>
      <w:r w:rsidR="004A7864" w:rsidRPr="00C60ED5">
        <w:rPr>
          <w:lang w:val="pl-PL"/>
        </w:rPr>
        <w:t xml:space="preserve"> Gościnnego</w:t>
      </w:r>
      <w:r w:rsidRPr="00C60ED5">
        <w:rPr>
          <w:lang w:val="pl-PL"/>
        </w:rPr>
        <w:t xml:space="preserve"> Pokoju Pielgrzyma oraz dobrowolne wsparcie przekazywane </w:t>
      </w:r>
      <w:r w:rsidR="00E360E7" w:rsidRPr="00C60ED5">
        <w:rPr>
          <w:lang w:val="pl-PL"/>
        </w:rPr>
        <w:t xml:space="preserve">Fundacji Polskich Kawalerów Maltańskich w Krakowie </w:t>
      </w:r>
      <w:r w:rsidRPr="00C60ED5">
        <w:rPr>
          <w:lang w:val="pl-PL"/>
        </w:rPr>
        <w:t>stanowią odrębne świadczenia i nie są od siebie uzależnione.</w:t>
      </w:r>
    </w:p>
    <w:p w14:paraId="5DD21681" w14:textId="77777777" w:rsidR="00C72519" w:rsidRPr="00C60ED5" w:rsidRDefault="00114AE7">
      <w:pPr>
        <w:rPr>
          <w:lang w:val="pl-PL"/>
        </w:rPr>
      </w:pPr>
      <w:r w:rsidRPr="00C60ED5">
        <w:rPr>
          <w:b/>
          <w:sz w:val="23"/>
          <w:lang w:val="pl-PL"/>
        </w:rPr>
        <w:t>§ 7. Czas pobytu i ponowne korzystanie</w:t>
      </w:r>
    </w:p>
    <w:p w14:paraId="5FB62F2C" w14:textId="674355E0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1.</w:t>
      </w:r>
      <w:r w:rsidR="004A7864" w:rsidRPr="00C60ED5">
        <w:rPr>
          <w:lang w:val="pl-PL"/>
        </w:rPr>
        <w:t xml:space="preserve"> Gościnny</w:t>
      </w:r>
      <w:r w:rsidRPr="00C60ED5">
        <w:rPr>
          <w:lang w:val="pl-PL"/>
        </w:rPr>
        <w:t xml:space="preserve"> Pokój Pielgrzyma jest co do zasady udostępniany na jedną dobę </w:t>
      </w:r>
      <w:r w:rsidR="004A7864" w:rsidRPr="00C60ED5">
        <w:rPr>
          <w:lang w:val="pl-PL"/>
        </w:rPr>
        <w:t>pobytu w godzinach od 15:00 do 12:00</w:t>
      </w:r>
      <w:r w:rsidRPr="00C60ED5">
        <w:rPr>
          <w:lang w:val="pl-PL"/>
        </w:rPr>
        <w:t>.</w:t>
      </w:r>
    </w:p>
    <w:p w14:paraId="6B3CA2CB" w14:textId="23043141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2. Przedłużenie pobytu może nastąpić wyłącznie za zgodą </w:t>
      </w:r>
      <w:r w:rsidR="004A7864" w:rsidRPr="00C60ED5">
        <w:rPr>
          <w:lang w:val="pl-PL"/>
        </w:rPr>
        <w:t>Obiektu</w:t>
      </w:r>
      <w:r w:rsidRPr="00C60ED5">
        <w:rPr>
          <w:lang w:val="pl-PL"/>
        </w:rPr>
        <w:t xml:space="preserve"> i w miarę dostępności.</w:t>
      </w:r>
    </w:p>
    <w:p w14:paraId="103E3099" w14:textId="7D50A5D2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3. Przedłużenie pobytu może odbywać się na zasadach programu „Szlak Wiary” albo na zasadach standardowej oferty hotelowej, według decyzji </w:t>
      </w:r>
      <w:r w:rsidR="00E360E7" w:rsidRPr="00C60ED5">
        <w:rPr>
          <w:lang w:val="pl-PL"/>
        </w:rPr>
        <w:t>Obiektu</w:t>
      </w:r>
      <w:r w:rsidRPr="00C60ED5">
        <w:rPr>
          <w:lang w:val="pl-PL"/>
        </w:rPr>
        <w:t xml:space="preserve"> i po poinformowaniu Gościa o obowiązującej cenie.</w:t>
      </w:r>
    </w:p>
    <w:p w14:paraId="3CDB11CF" w14:textId="37D00F9C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4. W przypadku dużego zainteresowania programem </w:t>
      </w:r>
      <w:r w:rsidR="004A7864" w:rsidRPr="00C60ED5">
        <w:rPr>
          <w:lang w:val="pl-PL"/>
        </w:rPr>
        <w:t>Obiekt</w:t>
      </w:r>
      <w:r w:rsidRPr="00C60ED5">
        <w:rPr>
          <w:lang w:val="pl-PL"/>
        </w:rPr>
        <w:t xml:space="preserve"> może czasowo ograniczyć częstotliwość korzystania przez tę samą osobę z Pokoju Pielgrzyma, w szczególności w celu zapewnienia możliwości skorzystania z programu innym pielgrzymom. O zastosowaniu takiego ograniczenia Gość jest informowany przy dokonywaniu rezerwacji.</w:t>
      </w:r>
    </w:p>
    <w:p w14:paraId="3B46FCD4" w14:textId="77777777" w:rsidR="00C72519" w:rsidRPr="00C60ED5" w:rsidRDefault="00114AE7">
      <w:pPr>
        <w:rPr>
          <w:lang w:val="pl-PL"/>
        </w:rPr>
      </w:pPr>
      <w:r w:rsidRPr="00C60ED5">
        <w:rPr>
          <w:b/>
          <w:sz w:val="23"/>
          <w:lang w:val="pl-PL"/>
        </w:rPr>
        <w:t>§ 8. Zasady pobytu</w:t>
      </w:r>
    </w:p>
    <w:p w14:paraId="2D5E278F" w14:textId="0E0A2B68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1. Osoba korzystająca z</w:t>
      </w:r>
      <w:r w:rsidR="004A7864" w:rsidRPr="00C60ED5">
        <w:rPr>
          <w:lang w:val="pl-PL"/>
        </w:rPr>
        <w:t xml:space="preserve"> Gościnnego</w:t>
      </w:r>
      <w:r w:rsidRPr="00C60ED5">
        <w:rPr>
          <w:lang w:val="pl-PL"/>
        </w:rPr>
        <w:t xml:space="preserve"> Pokoju Pielgrzyma jest zobowiązana do przestrzegania Regulaminu </w:t>
      </w:r>
      <w:r w:rsidR="002C2370" w:rsidRPr="00C60ED5">
        <w:rPr>
          <w:lang w:val="pl-PL"/>
        </w:rPr>
        <w:t>Obiektu</w:t>
      </w:r>
      <w:r w:rsidRPr="00C60ED5">
        <w:rPr>
          <w:lang w:val="pl-PL"/>
        </w:rPr>
        <w:t xml:space="preserve"> Dwór Kombornia oraz niniejszego Załącznika.</w:t>
      </w:r>
    </w:p>
    <w:p w14:paraId="10206AED" w14:textId="77777777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2. W szczególności Gość zobowiązany jest do: 1) przestrzegania zasad bezpieczeństwa; 2) przestrzegania ciszy nocnej; 3) przestrzegania zakazu palenia; 4) właściwego korzystania z wyposażenia pokoju; 5) nieudostępniania pokoju osobom trzecim; 6) niezakłócania pobytu innym Gościom; 7) pozostawienia pokoju w stanie umożliwiającym jego dalsze wykorzystanie zgodnie z przeznaczeniem.</w:t>
      </w:r>
    </w:p>
    <w:p w14:paraId="46B2AEA2" w14:textId="4285AFCB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3. Wszystkie postanowienia Regulaminu </w:t>
      </w:r>
      <w:r w:rsidR="002C2370" w:rsidRPr="00C60ED5">
        <w:rPr>
          <w:lang w:val="pl-PL"/>
        </w:rPr>
        <w:t>Obiektu</w:t>
      </w:r>
      <w:r w:rsidRPr="00C60ED5">
        <w:rPr>
          <w:lang w:val="pl-PL"/>
        </w:rPr>
        <w:t xml:space="preserve"> dotyczące odpowiedzialności za szkody, bezpieczeństwa pożarowego, osób niezameldowanych, zwierząt, rzeczy pozostawionych, kluczy, palenia oraz zasad zakończenia pobytu mają zastosowanie również do Pokoju Pielgrzyma.</w:t>
      </w:r>
    </w:p>
    <w:p w14:paraId="4FE260F5" w14:textId="77777777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4. Symboliczna cena noclegu nie oznacza obniżenia standardów bezpieczeństwa ani zwolnienia Gościa z odpowiedzialności za zawinione szkody.</w:t>
      </w:r>
    </w:p>
    <w:p w14:paraId="3AAE6441" w14:textId="77777777" w:rsidR="00C72519" w:rsidRPr="00C60ED5" w:rsidRDefault="00114AE7">
      <w:pPr>
        <w:rPr>
          <w:lang w:val="pl-PL"/>
        </w:rPr>
      </w:pPr>
      <w:r w:rsidRPr="00C60ED5">
        <w:rPr>
          <w:b/>
          <w:sz w:val="23"/>
          <w:lang w:val="pl-PL"/>
        </w:rPr>
        <w:t>§ 9. Bagaż, rowery i sprzęt pielgrzyma</w:t>
      </w:r>
    </w:p>
    <w:p w14:paraId="4F48F5DE" w14:textId="3E1ED5EC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1. Bagaż, plecaki, rowery, sprzęt turystyczny oraz inne przedmioty Gościa mogą być przechowywane wyłącznie w miejscach wskazanych przez </w:t>
      </w:r>
      <w:r w:rsidR="004A7864" w:rsidRPr="00C60ED5">
        <w:rPr>
          <w:lang w:val="pl-PL"/>
        </w:rPr>
        <w:t>Obiekt</w:t>
      </w:r>
      <w:r w:rsidRPr="00C60ED5">
        <w:rPr>
          <w:lang w:val="pl-PL"/>
        </w:rPr>
        <w:t>.</w:t>
      </w:r>
    </w:p>
    <w:p w14:paraId="3D0D20D6" w14:textId="77777777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2. Pozostawianie rowerów, sprzętu turystycznego lub innych przedmiotów w miejscach nieprzeznaczonych do ich przechowywania jest niedozwolone.</w:t>
      </w:r>
    </w:p>
    <w:p w14:paraId="3BB18DC1" w14:textId="163D8D23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3. W przypadku potrzeby przechowania szczególnie wartościowego lub nietypowego sprzętu Gość powinien uzgodnić sposób jego przechowania z personelem </w:t>
      </w:r>
      <w:r w:rsidR="004A7864" w:rsidRPr="00C60ED5">
        <w:rPr>
          <w:lang w:val="pl-PL"/>
        </w:rPr>
        <w:t>Obiektu</w:t>
      </w:r>
      <w:r w:rsidRPr="00C60ED5">
        <w:rPr>
          <w:lang w:val="pl-PL"/>
        </w:rPr>
        <w:t>.</w:t>
      </w:r>
    </w:p>
    <w:p w14:paraId="2598010D" w14:textId="676C015B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lastRenderedPageBreak/>
        <w:t xml:space="preserve">4. Odpowiedzialność </w:t>
      </w:r>
      <w:r w:rsidR="004A7864" w:rsidRPr="00C60ED5">
        <w:rPr>
          <w:lang w:val="pl-PL"/>
        </w:rPr>
        <w:t>Obiektu</w:t>
      </w:r>
      <w:r w:rsidRPr="00C60ED5">
        <w:rPr>
          <w:lang w:val="pl-PL"/>
        </w:rPr>
        <w:t xml:space="preserve"> za rzeczy Gościa jest określona w Regulaminie </w:t>
      </w:r>
      <w:r w:rsidR="004A7864" w:rsidRPr="00C60ED5">
        <w:rPr>
          <w:lang w:val="pl-PL"/>
        </w:rPr>
        <w:t>Obiektu</w:t>
      </w:r>
      <w:r w:rsidRPr="00C60ED5">
        <w:rPr>
          <w:lang w:val="pl-PL"/>
        </w:rPr>
        <w:t xml:space="preserve"> oraz w obowiązujących przepisach prawa.</w:t>
      </w:r>
    </w:p>
    <w:p w14:paraId="536D24B1" w14:textId="77777777" w:rsidR="00C72519" w:rsidRPr="00C60ED5" w:rsidRDefault="00114AE7">
      <w:pPr>
        <w:rPr>
          <w:lang w:val="pl-PL"/>
        </w:rPr>
      </w:pPr>
      <w:r w:rsidRPr="00C60ED5">
        <w:rPr>
          <w:b/>
          <w:sz w:val="23"/>
          <w:lang w:val="pl-PL"/>
        </w:rPr>
        <w:t>§ 10. Małoletni, bezpieczeństwo i odmowa świadczenia</w:t>
      </w:r>
    </w:p>
    <w:p w14:paraId="1D257365" w14:textId="0104FA27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1. Osoba małoletnia może korzystać z </w:t>
      </w:r>
      <w:r w:rsidR="004A7864" w:rsidRPr="00C60ED5">
        <w:rPr>
          <w:lang w:val="pl-PL"/>
        </w:rPr>
        <w:t xml:space="preserve">Gościnnego </w:t>
      </w:r>
      <w:r w:rsidRPr="00C60ED5">
        <w:rPr>
          <w:lang w:val="pl-PL"/>
        </w:rPr>
        <w:t>Pokoju Pielgrzyma wyłącznie pod opieką osoby dorosłej, zgodnie z obowiązującymi przepisami prawa oraz zasadami ochrony małoletnich obowiązującymi w</w:t>
      </w:r>
      <w:r w:rsidR="004A7864" w:rsidRPr="00C60ED5">
        <w:rPr>
          <w:lang w:val="pl-PL"/>
        </w:rPr>
        <w:t xml:space="preserve"> Obiekcie</w:t>
      </w:r>
      <w:r w:rsidRPr="00C60ED5">
        <w:rPr>
          <w:lang w:val="pl-PL"/>
        </w:rPr>
        <w:t>.</w:t>
      </w:r>
    </w:p>
    <w:p w14:paraId="40C89C0B" w14:textId="19F8E58B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2. </w:t>
      </w:r>
      <w:r w:rsidR="004A7864" w:rsidRPr="00C60ED5">
        <w:rPr>
          <w:lang w:val="pl-PL"/>
        </w:rPr>
        <w:t>Obiekt</w:t>
      </w:r>
      <w:r w:rsidRPr="00C60ED5">
        <w:rPr>
          <w:lang w:val="pl-PL"/>
        </w:rPr>
        <w:t xml:space="preserve"> ma prawo odmówić udostępnienia </w:t>
      </w:r>
      <w:r w:rsidR="004A7864" w:rsidRPr="00C60ED5">
        <w:rPr>
          <w:lang w:val="pl-PL"/>
        </w:rPr>
        <w:t xml:space="preserve">Gościnnego </w:t>
      </w:r>
      <w:r w:rsidRPr="00C60ED5">
        <w:rPr>
          <w:lang w:val="pl-PL"/>
        </w:rPr>
        <w:t xml:space="preserve">Pokoju Pielgrzyma osobie, która: 1) nie spełnia warunków programu; 2) narusza niniejszy Załącznik lub Regulamin </w:t>
      </w:r>
      <w:r w:rsidR="004A7864" w:rsidRPr="00C60ED5">
        <w:rPr>
          <w:lang w:val="pl-PL"/>
        </w:rPr>
        <w:t>Obiektu</w:t>
      </w:r>
      <w:r w:rsidRPr="00C60ED5">
        <w:rPr>
          <w:lang w:val="pl-PL"/>
        </w:rPr>
        <w:t xml:space="preserve">; 3) stwarza zagrożenie dla bezpieczeństwa własnego, innych osób lub mienia; 4) znajduje się w stanie wskazującym na spożycie alkoholu lub innych środków, jeżeli stan ten uzasadnia odmowę świadczenia usług; 5) wcześniej rażąco naruszyła zasady obowiązujące w </w:t>
      </w:r>
      <w:r w:rsidR="002C2370" w:rsidRPr="00C60ED5">
        <w:rPr>
          <w:lang w:val="pl-PL"/>
        </w:rPr>
        <w:t>Obiekcie</w:t>
      </w:r>
      <w:r w:rsidRPr="00C60ED5">
        <w:rPr>
          <w:lang w:val="pl-PL"/>
        </w:rPr>
        <w:t>; 6) podejmuje działania wskazujące na próbę wykorzystania programu niezgodnie z jego celem.</w:t>
      </w:r>
    </w:p>
    <w:p w14:paraId="6B172E3B" w14:textId="1DCE1443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3. W przypadku rażącego naruszenia zasad pobytu </w:t>
      </w:r>
      <w:r w:rsidR="002C2370" w:rsidRPr="00C60ED5">
        <w:rPr>
          <w:lang w:val="pl-PL"/>
        </w:rPr>
        <w:t>Obiektu</w:t>
      </w:r>
      <w:r w:rsidRPr="00C60ED5">
        <w:rPr>
          <w:lang w:val="pl-PL"/>
        </w:rPr>
        <w:t xml:space="preserve"> może zakończyć świadczenie usług na zasadach określonych w Regulaminie </w:t>
      </w:r>
      <w:r w:rsidR="002C2370" w:rsidRPr="00C60ED5">
        <w:rPr>
          <w:lang w:val="pl-PL"/>
        </w:rPr>
        <w:t>Obiektu</w:t>
      </w:r>
      <w:r w:rsidRPr="00C60ED5">
        <w:rPr>
          <w:lang w:val="pl-PL"/>
        </w:rPr>
        <w:t xml:space="preserve"> i obowiązujących przepisach prawa.</w:t>
      </w:r>
    </w:p>
    <w:p w14:paraId="73557E46" w14:textId="77777777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4. Postanowienia niniejszego paragrafu stosuje się również do osoby towarzyszącej lub asystenta.</w:t>
      </w:r>
    </w:p>
    <w:p w14:paraId="31DA3266" w14:textId="77777777" w:rsidR="00C72519" w:rsidRPr="00C60ED5" w:rsidRDefault="00114AE7">
      <w:pPr>
        <w:rPr>
          <w:lang w:val="pl-PL"/>
        </w:rPr>
      </w:pPr>
      <w:r w:rsidRPr="00C60ED5">
        <w:rPr>
          <w:b/>
          <w:sz w:val="23"/>
          <w:lang w:val="pl-PL"/>
        </w:rPr>
        <w:t>§ 11. Dane osobowe</w:t>
      </w:r>
    </w:p>
    <w:p w14:paraId="1ACC4D59" w14:textId="3D9853EC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1. Dane osobowe Gości korzystających z</w:t>
      </w:r>
      <w:r w:rsidR="002C2370" w:rsidRPr="00C60ED5">
        <w:rPr>
          <w:lang w:val="pl-PL"/>
        </w:rPr>
        <w:t xml:space="preserve"> Gościnnego</w:t>
      </w:r>
      <w:r w:rsidRPr="00C60ED5">
        <w:rPr>
          <w:lang w:val="pl-PL"/>
        </w:rPr>
        <w:t xml:space="preserve"> Pokoju Pielgrzyma są przetwarzane na zasadach określonych w obowiązujących przepisach prawa oraz w polityce prywatności </w:t>
      </w:r>
      <w:r w:rsidR="002C2370" w:rsidRPr="00C60ED5">
        <w:rPr>
          <w:lang w:val="pl-PL"/>
        </w:rPr>
        <w:t>Obiektu</w:t>
      </w:r>
      <w:r w:rsidRPr="00C60ED5">
        <w:rPr>
          <w:lang w:val="pl-PL"/>
        </w:rPr>
        <w:t>.</w:t>
      </w:r>
    </w:p>
    <w:p w14:paraId="2ABFFE17" w14:textId="4AD10D92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2. </w:t>
      </w:r>
      <w:r w:rsidR="002C2370" w:rsidRPr="00C60ED5">
        <w:rPr>
          <w:lang w:val="pl-PL"/>
        </w:rPr>
        <w:t>Obiekt</w:t>
      </w:r>
      <w:r w:rsidRPr="00C60ED5">
        <w:rPr>
          <w:lang w:val="pl-PL"/>
        </w:rPr>
        <w:t xml:space="preserve"> ogranicza zakres pozyskiwanych informacji do danych niezbędnych do dokonania rezerwacji, identyfikacji Gościa, realizacji pobytu, zapewnienia bezpieczeństwa oraz wykonania obowiązków prawnych.</w:t>
      </w:r>
    </w:p>
    <w:p w14:paraId="22837905" w14:textId="74BD7BF6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3. </w:t>
      </w:r>
      <w:r w:rsidR="002C2370" w:rsidRPr="00C60ED5">
        <w:rPr>
          <w:lang w:val="pl-PL"/>
        </w:rPr>
        <w:t xml:space="preserve">Obiekt </w:t>
      </w:r>
      <w:r w:rsidRPr="00C60ED5">
        <w:rPr>
          <w:lang w:val="pl-PL"/>
        </w:rPr>
        <w:t>nie wymaga od Gościa informacji dotyczących wyznania, przekonań religijnych ani innych informacji dotyczących światopoglądu.</w:t>
      </w:r>
    </w:p>
    <w:p w14:paraId="28C6854B" w14:textId="5D873D56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4. </w:t>
      </w:r>
      <w:r w:rsidR="002C2370" w:rsidRPr="00C60ED5">
        <w:rPr>
          <w:lang w:val="pl-PL"/>
        </w:rPr>
        <w:t xml:space="preserve">Obiekt </w:t>
      </w:r>
      <w:r w:rsidRPr="00C60ED5">
        <w:rPr>
          <w:lang w:val="pl-PL"/>
        </w:rPr>
        <w:t>nie wymaga od osoby z niepełnosprawnością informacji o rodzaju, stopniu lub przyczynie niepełnosprawności, jeżeli informacje takie nie są niezbędne do realizacji konkretnego uzgodnionego udogodnienia lub nie wynikają z obowiązujących przepisów prawa.</w:t>
      </w:r>
    </w:p>
    <w:p w14:paraId="62F444DE" w14:textId="715285B3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5. Jeżeli Gość dobrowolnie przekazuje informacje dotyczące szczególnych potrzeb związanych z pobytem, </w:t>
      </w:r>
      <w:r w:rsidR="002C2370" w:rsidRPr="00C60ED5">
        <w:rPr>
          <w:lang w:val="pl-PL"/>
        </w:rPr>
        <w:t>Obiekt</w:t>
      </w:r>
      <w:r w:rsidRPr="00C60ED5">
        <w:rPr>
          <w:lang w:val="pl-PL"/>
        </w:rPr>
        <w:t xml:space="preserve"> wykorzystuje je wyłącznie w zakresie niezbędnym do odpowiedniego przygotowania pobytu i zgodnie z obowiązującymi przepisami o ochronie danych osobowych.</w:t>
      </w:r>
    </w:p>
    <w:p w14:paraId="5002E272" w14:textId="77777777" w:rsidR="00C72519" w:rsidRPr="00C60ED5" w:rsidRDefault="00114AE7">
      <w:pPr>
        <w:rPr>
          <w:lang w:val="pl-PL"/>
        </w:rPr>
      </w:pPr>
      <w:r w:rsidRPr="00C60ED5">
        <w:rPr>
          <w:b/>
          <w:sz w:val="23"/>
          <w:lang w:val="pl-PL"/>
        </w:rPr>
        <w:t>§ 12. Charakter programu „Szlak Wiary”</w:t>
      </w:r>
    </w:p>
    <w:p w14:paraId="19B61B8A" w14:textId="77777777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1. Program „Szlak Wiary” jest inicjatywą Fundacji </w:t>
      </w:r>
      <w:proofErr w:type="spellStart"/>
      <w:r w:rsidRPr="00C60ED5">
        <w:rPr>
          <w:lang w:val="pl-PL"/>
        </w:rPr>
        <w:t>Eno</w:t>
      </w:r>
      <w:proofErr w:type="spellEnd"/>
      <w:r w:rsidRPr="00C60ED5">
        <w:rPr>
          <w:lang w:val="pl-PL"/>
        </w:rPr>
        <w:t xml:space="preserve"> </w:t>
      </w:r>
      <w:proofErr w:type="spellStart"/>
      <w:r w:rsidRPr="00C60ED5">
        <w:rPr>
          <w:lang w:val="pl-PL"/>
        </w:rPr>
        <w:t>Carpathian</w:t>
      </w:r>
      <w:proofErr w:type="spellEnd"/>
      <w:r w:rsidRPr="00C60ED5">
        <w:rPr>
          <w:lang w:val="pl-PL"/>
        </w:rPr>
        <w:t>, jako operatora Szlaku Wiary, mającą na celu wspieranie i rozwój ruchu pielgrzymkowego oraz promocję dziedzictwa religijnego, kulturowego i historycznego związanego ze Szlakiem Wiary.</w:t>
      </w:r>
    </w:p>
    <w:p w14:paraId="7A4B34BA" w14:textId="16D90C69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2. Udostępnienie Pokoju Pielgrzyma za symboliczną opłatą stanowi dobrowolną inicjatywę </w:t>
      </w:r>
      <w:r w:rsidR="002C2370" w:rsidRPr="00C60ED5">
        <w:rPr>
          <w:lang w:val="pl-PL"/>
        </w:rPr>
        <w:t>Obiektu</w:t>
      </w:r>
      <w:r w:rsidRPr="00C60ED5">
        <w:rPr>
          <w:lang w:val="pl-PL"/>
        </w:rPr>
        <w:t xml:space="preserve"> realizowaną w ramach programu „Szlak Wiary”.</w:t>
      </w:r>
    </w:p>
    <w:p w14:paraId="3232BB3B" w14:textId="77777777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3. Program nie stanowi gwarantowanego prawa do otrzymania noclegu w każdym terminie.</w:t>
      </w:r>
    </w:p>
    <w:p w14:paraId="5F45A36B" w14:textId="3FB4970B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lastRenderedPageBreak/>
        <w:t xml:space="preserve">4. </w:t>
      </w:r>
      <w:r w:rsidR="002C2370" w:rsidRPr="00C60ED5">
        <w:rPr>
          <w:lang w:val="pl-PL"/>
        </w:rPr>
        <w:t>Obiekt</w:t>
      </w:r>
      <w:r w:rsidRPr="00C60ED5">
        <w:rPr>
          <w:lang w:val="pl-PL"/>
        </w:rPr>
        <w:t xml:space="preserve"> może czasowo zawiesić możliwość korzystania z </w:t>
      </w:r>
      <w:r w:rsidR="002C2370" w:rsidRPr="00C60ED5">
        <w:rPr>
          <w:lang w:val="pl-PL"/>
        </w:rPr>
        <w:t xml:space="preserve">Gościnnego </w:t>
      </w:r>
      <w:r w:rsidRPr="00C60ED5">
        <w:rPr>
          <w:lang w:val="pl-PL"/>
        </w:rPr>
        <w:t>Pokoju Pielgrzyma, w szczególności z powodu remontu, wydarzeń specjalnych, pełnego obłożenia, względów bezpieczeństwa lub innych uzasadnionych przyczyn organizacyjnych.</w:t>
      </w:r>
    </w:p>
    <w:p w14:paraId="0D9B29AC" w14:textId="77777777" w:rsidR="00C72519" w:rsidRPr="00C60ED5" w:rsidRDefault="00114AE7">
      <w:pPr>
        <w:rPr>
          <w:lang w:val="pl-PL"/>
        </w:rPr>
      </w:pPr>
      <w:r w:rsidRPr="00C60ED5">
        <w:rPr>
          <w:b/>
          <w:sz w:val="23"/>
          <w:lang w:val="pl-PL"/>
        </w:rPr>
        <w:t>§ 13. Postanowienia końcowe</w:t>
      </w:r>
    </w:p>
    <w:p w14:paraId="149A713F" w14:textId="0EB10ED3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1. W sprawach nieuregulowanych niniejszym Załącznikiem zastosowanie mają postanowienia Regulaminu </w:t>
      </w:r>
      <w:r w:rsidR="002C2370" w:rsidRPr="00C60ED5">
        <w:rPr>
          <w:lang w:val="pl-PL"/>
        </w:rPr>
        <w:t>Obiektu</w:t>
      </w:r>
      <w:r w:rsidRPr="00C60ED5">
        <w:rPr>
          <w:lang w:val="pl-PL"/>
        </w:rPr>
        <w:t xml:space="preserve"> Dwór Kombornia.</w:t>
      </w:r>
    </w:p>
    <w:p w14:paraId="03F7357D" w14:textId="69EC0DE1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2. W sprawach nieuregulowanych zarówno niniejszym Załącznikiem, jak i Regulaminem </w:t>
      </w:r>
      <w:r w:rsidR="002C2370" w:rsidRPr="00C60ED5">
        <w:rPr>
          <w:lang w:val="pl-PL"/>
        </w:rPr>
        <w:t>Obiektu</w:t>
      </w:r>
      <w:r w:rsidRPr="00C60ED5">
        <w:rPr>
          <w:lang w:val="pl-PL"/>
        </w:rPr>
        <w:t xml:space="preserve"> zastosowanie mają obowiązujące przepisy prawa.</w:t>
      </w:r>
    </w:p>
    <w:p w14:paraId="3DCBA758" w14:textId="252A9A08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3. Niniejszy Załącznik stanowi integralną część Regulaminu </w:t>
      </w:r>
      <w:r w:rsidR="002C2370" w:rsidRPr="00C60ED5">
        <w:rPr>
          <w:lang w:val="pl-PL"/>
        </w:rPr>
        <w:t>Obiektu</w:t>
      </w:r>
      <w:r w:rsidRPr="00C60ED5">
        <w:rPr>
          <w:lang w:val="pl-PL"/>
        </w:rPr>
        <w:t xml:space="preserve"> Dwór Kombornia.</w:t>
      </w:r>
    </w:p>
    <w:p w14:paraId="48DFB7E1" w14:textId="645B0BAC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 xml:space="preserve">4. Aktualna treść niniejszego Załącznika jest dostępna w </w:t>
      </w:r>
      <w:r w:rsidR="002C2370" w:rsidRPr="00C60ED5">
        <w:rPr>
          <w:lang w:val="pl-PL"/>
        </w:rPr>
        <w:t>Obiekcie</w:t>
      </w:r>
      <w:r w:rsidRPr="00C60ED5">
        <w:rPr>
          <w:lang w:val="pl-PL"/>
        </w:rPr>
        <w:t xml:space="preserve"> oraz w miejscach, w których </w:t>
      </w:r>
      <w:r w:rsidR="002C2370" w:rsidRPr="00C60ED5">
        <w:rPr>
          <w:lang w:val="pl-PL"/>
        </w:rPr>
        <w:t xml:space="preserve">Obiekt </w:t>
      </w:r>
      <w:r w:rsidRPr="00C60ED5">
        <w:rPr>
          <w:lang w:val="pl-PL"/>
        </w:rPr>
        <w:t xml:space="preserve"> udostępnia informacje dotyczące programu „Szlak Wiary”.</w:t>
      </w:r>
    </w:p>
    <w:p w14:paraId="499E1592" w14:textId="17A10CBA" w:rsidR="00C72519" w:rsidRPr="00C60ED5" w:rsidRDefault="00114A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5. Załącznik wchodzi w życie z dniem 15.08.2026 roku</w:t>
      </w:r>
    </w:p>
    <w:p w14:paraId="1A637469" w14:textId="77777777" w:rsidR="00CA72DD" w:rsidRPr="00C60ED5" w:rsidRDefault="00CA72DD">
      <w:pPr>
        <w:rPr>
          <w:lang w:val="pl-PL"/>
        </w:rPr>
      </w:pPr>
      <w:r w:rsidRPr="00C60ED5">
        <w:rPr>
          <w:lang w:val="pl-PL"/>
        </w:rPr>
        <w:t xml:space="preserve">Operator „Szlaku Wiary” </w:t>
      </w:r>
    </w:p>
    <w:p w14:paraId="1A3E9F47" w14:textId="26580924" w:rsidR="002C2370" w:rsidRPr="00C60ED5" w:rsidRDefault="002C2370">
      <w:pPr>
        <w:rPr>
          <w:lang w:val="pl-PL"/>
        </w:rPr>
      </w:pPr>
      <w:r w:rsidRPr="00C60ED5">
        <w:rPr>
          <w:lang w:val="pl-PL"/>
        </w:rPr>
        <w:t xml:space="preserve">Fundacja </w:t>
      </w:r>
      <w:proofErr w:type="spellStart"/>
      <w:r w:rsidRPr="00C60ED5">
        <w:rPr>
          <w:lang w:val="pl-PL"/>
        </w:rPr>
        <w:t>Eno</w:t>
      </w:r>
      <w:proofErr w:type="spellEnd"/>
      <w:r w:rsidRPr="00C60ED5">
        <w:rPr>
          <w:lang w:val="pl-PL"/>
        </w:rPr>
        <w:t xml:space="preserve"> </w:t>
      </w:r>
      <w:proofErr w:type="spellStart"/>
      <w:r w:rsidRPr="00C60ED5">
        <w:rPr>
          <w:lang w:val="pl-PL"/>
        </w:rPr>
        <w:t>Carpathian</w:t>
      </w:r>
      <w:proofErr w:type="spellEnd"/>
      <w:r w:rsidRPr="00C60ED5">
        <w:rPr>
          <w:lang w:val="pl-PL"/>
        </w:rPr>
        <w:t>, Kombornia, Dworska 52, 38-420 Korczyna</w:t>
      </w:r>
    </w:p>
    <w:p w14:paraId="6F5FF03C" w14:textId="7C928ED3" w:rsidR="00CA72DD" w:rsidRPr="00C60ED5" w:rsidRDefault="00CA72DD" w:rsidP="00CA72DD">
      <w:pPr>
        <w:rPr>
          <w:lang w:val="pl-PL"/>
        </w:rPr>
      </w:pPr>
      <w:r w:rsidRPr="00C60ED5">
        <w:rPr>
          <w:lang w:val="pl-PL"/>
        </w:rPr>
        <w:t xml:space="preserve">Obiekt </w:t>
      </w:r>
      <w:r w:rsidRPr="00C60ED5">
        <w:rPr>
          <w:b/>
          <w:lang w:val="pl-PL"/>
        </w:rPr>
        <w:t>Dwór Kombornia</w:t>
      </w:r>
    </w:p>
    <w:p w14:paraId="295113CF" w14:textId="4E901DBD" w:rsidR="00C72519" w:rsidRPr="00C60ED5" w:rsidRDefault="00511F38">
      <w:pPr>
        <w:rPr>
          <w:lang w:val="pl-PL"/>
        </w:rPr>
      </w:pPr>
      <w:r w:rsidRPr="00C60ED5">
        <w:rPr>
          <w:lang w:val="pl-PL"/>
        </w:rPr>
        <w:t>RSF Sp. z o.o., Kombornia, Dworska 52, 38-420 Korczyna</w:t>
      </w:r>
    </w:p>
    <w:p w14:paraId="5CD6765B" w14:textId="258BDD2B" w:rsidR="00CA72DD" w:rsidRPr="00C60ED5" w:rsidRDefault="00CA72DD" w:rsidP="00E360E7">
      <w:pPr>
        <w:spacing w:after="100" w:line="259" w:lineRule="auto"/>
        <w:rPr>
          <w:lang w:val="pl-PL"/>
        </w:rPr>
      </w:pPr>
      <w:r w:rsidRPr="00C60ED5">
        <w:rPr>
          <w:lang w:val="pl-PL"/>
        </w:rPr>
        <w:t>Opieka w ramach dzieła Pomocny Hotel</w:t>
      </w:r>
    </w:p>
    <w:p w14:paraId="4BD6F55E" w14:textId="477B3614" w:rsidR="00E360E7" w:rsidRPr="00C60ED5" w:rsidRDefault="00E360E7" w:rsidP="00E360E7">
      <w:pPr>
        <w:spacing w:after="100" w:line="259" w:lineRule="auto"/>
        <w:rPr>
          <w:lang w:val="pl-PL"/>
        </w:rPr>
      </w:pPr>
      <w:r w:rsidRPr="002C2370">
        <w:rPr>
          <w:lang w:val="pl-PL"/>
        </w:rPr>
        <w:t>Fundacja Polskich Kawalerów Maltańskich w Krakowie</w:t>
      </w:r>
      <w:r w:rsidRPr="00C60ED5">
        <w:rPr>
          <w:lang w:val="pl-PL"/>
        </w:rPr>
        <w:t>,</w:t>
      </w:r>
      <w:r w:rsidRPr="002C2370">
        <w:rPr>
          <w:lang w:val="pl-PL"/>
        </w:rPr>
        <w:t xml:space="preserve"> Al. Kasztanowa 4a,  30-227 Kraków</w:t>
      </w:r>
    </w:p>
    <w:p w14:paraId="1254BAFB" w14:textId="592F93CF" w:rsidR="00C60ED5" w:rsidRPr="00C60ED5" w:rsidRDefault="00C60ED5">
      <w:pPr>
        <w:rPr>
          <w:lang w:val="pl-PL"/>
        </w:rPr>
      </w:pPr>
    </w:p>
    <w:sectPr w:rsidR="00C60ED5" w:rsidRPr="00C60ED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9126DB"/>
    <w:multiLevelType w:val="hybridMultilevel"/>
    <w:tmpl w:val="921018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5E4875"/>
    <w:multiLevelType w:val="hybridMultilevel"/>
    <w:tmpl w:val="0CF8DB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9C7289"/>
    <w:multiLevelType w:val="multilevel"/>
    <w:tmpl w:val="9A7AE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7796615">
    <w:abstractNumId w:val="8"/>
  </w:num>
  <w:num w:numId="2" w16cid:durableId="1178737762">
    <w:abstractNumId w:val="6"/>
  </w:num>
  <w:num w:numId="3" w16cid:durableId="110636350">
    <w:abstractNumId w:val="5"/>
  </w:num>
  <w:num w:numId="4" w16cid:durableId="355547416">
    <w:abstractNumId w:val="4"/>
  </w:num>
  <w:num w:numId="5" w16cid:durableId="285507468">
    <w:abstractNumId w:val="7"/>
  </w:num>
  <w:num w:numId="6" w16cid:durableId="1294991571">
    <w:abstractNumId w:val="3"/>
  </w:num>
  <w:num w:numId="7" w16cid:durableId="2044016799">
    <w:abstractNumId w:val="2"/>
  </w:num>
  <w:num w:numId="8" w16cid:durableId="1677079103">
    <w:abstractNumId w:val="1"/>
  </w:num>
  <w:num w:numId="9" w16cid:durableId="294260922">
    <w:abstractNumId w:val="0"/>
  </w:num>
  <w:num w:numId="10" w16cid:durableId="576088893">
    <w:abstractNumId w:val="10"/>
  </w:num>
  <w:num w:numId="11" w16cid:durableId="51808388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608988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4AE7"/>
    <w:rsid w:val="0015074B"/>
    <w:rsid w:val="00185A71"/>
    <w:rsid w:val="00205154"/>
    <w:rsid w:val="0029639D"/>
    <w:rsid w:val="002C2370"/>
    <w:rsid w:val="002E14AC"/>
    <w:rsid w:val="00326F90"/>
    <w:rsid w:val="003676D0"/>
    <w:rsid w:val="003822BA"/>
    <w:rsid w:val="003D76CB"/>
    <w:rsid w:val="004A7864"/>
    <w:rsid w:val="00511F38"/>
    <w:rsid w:val="00777CBF"/>
    <w:rsid w:val="008C0B40"/>
    <w:rsid w:val="00AA1D8D"/>
    <w:rsid w:val="00B47730"/>
    <w:rsid w:val="00C60ED5"/>
    <w:rsid w:val="00C72519"/>
    <w:rsid w:val="00CA72DD"/>
    <w:rsid w:val="00CB0664"/>
    <w:rsid w:val="00D63FC1"/>
    <w:rsid w:val="00E360E7"/>
    <w:rsid w:val="00E43D3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3C7ED0"/>
  <w14:defaultImageDpi w14:val="300"/>
  <w15:docId w15:val="{43A6A726-D064-074E-94DF-F150B1D9C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2101</Words>
  <Characters>12608</Characters>
  <Application>Microsoft Office Word</Application>
  <DocSecurity>0</DocSecurity>
  <Lines>105</Lines>
  <Paragraphs>29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14680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Bijata</dc:creator>
  <cp:keywords/>
  <dc:description/>
  <cp:lastModifiedBy>Ryszard Skotniczny</cp:lastModifiedBy>
  <cp:revision>2</cp:revision>
  <dcterms:created xsi:type="dcterms:W3CDTF">2026-08-14T09:11:00Z</dcterms:created>
  <dcterms:modified xsi:type="dcterms:W3CDTF">2026-08-14T09:11:00Z</dcterms:modified>
  <cp:category/>
</cp:coreProperties>
</file>